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טופס משוב לסדנה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טופס המשוב ואת מטרת כל שאלה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סוגי שאלות משוב (דירוג, בחירה מרובה, פתוחות)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בונה ומועיל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של המשתתף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גלריית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✔ סיכום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תעודת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נשמרות במכשיר בלבד עד שמעתיקים ושולחים ידנית.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מנוסחת השאלה בטופס.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במפורש שאפשר לסמן כמה אפשרויות.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בראש הדף.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הכפתור מאפס את הטופס, לא שולח אותו.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מרכיבים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(עקרונות הבסיס לבניית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(כלי לתכנון מבנה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ליצירת הנחיות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(אוסף דוגמאות של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(אפשרויות להתאמת הסדנה לקהלים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לדעת מה עבד טוב ומה כדאי לשפר בפעם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1 בודקת את שימושיות הסדנה ושאלה 2 בודקת תחושת מוכנות אישית ליישום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שהמידע יהיה שימושי וניתן יהיה לשפר בעזרתו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הערה ברורה ומכבדת, מתייחסת לתוכן הסדנה ומציעה כיוון לשיפור ולא רק ביקורת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שיפור הסדנה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דירוג=מספר, פתוחה=טקסט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הערה המציעה כיוון לשיפור, לא רק שבח או 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הטופס בפועל בכיתה כתרגול לפני הדיון 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בהבדל בין משוב בונה למשוב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פריטי skip_n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טופס משוב לסדנה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מוצג טופס משוב שממלאים בסיום סדנה על בניית יחידת לימוד דיגיטלית. התרגול עוסק במבנה הטופס ובמטרות השאלות השונות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הטופס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אמור לקחת למלא את טופס המשוב, לפי הכתוב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רבע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נשמרות התשובות לפני השליחה למנחה?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 של המשתתף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המנחה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בדוא"ל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דרגות יש בסולם הדירוג בשאלות 1-2?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מופיע כאחת האפשרויות בשאלה על מה היה הכי מועיל?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תעודת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גלריית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טופס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הכפתור שמסכם ושומר את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✔ סיכום המשוב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↺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→ הקודם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הבא 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שם הדף שמגיע אחרי טופס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ערכת הסדנה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מתכנן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גלריית המשימות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התשובות בטופס נשלחות אוטומטית למנחה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2 בודקת את תחושת המוכנות לבנות יחידה לימודית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לסמן רק אפשרות אחת בשאלה על מה היה הכי מועיל.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בטופס מוצעים שני מסלולים אפשריים: חט"ב ורגיל.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הניקוי משמש לשליחת המשוב למנחה.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הטופס, המשוב עוזר לשפר את ה__________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1 בודקת עד כמה הסדנה הייתה __________ עבור המשתתף.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שאלה 4 מבקשת לציין __________ אחת שהמשתתף ייקח מחר לכיתה.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מילוי הטופס יש ללחוץ על הכפתור "__________" ואז לשלוח למנחה.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6 שואלת על נושא לסדנת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מרכיבים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 העקרונות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אפשרויות להתאמת הסדנה לקהלים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מתכנן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ליצירת הנחיות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בונה הפרומפטים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לתכנון מבנה היחידה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גלריית המשימות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עקרונות הבסיס לבניית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9 המסלולים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אוסף דוגמאות של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לבקש משוב בתום סדנה?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שאלה 1 לשאלה 2 בטופס?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לנסח משוב בצורה בונה ולא רק לשבח או לבקר?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שהשתתפתם בסדנה כזו. כתבו משוב בונה לשאלה 'מה היה חסר או מה כדאי לשפר?' בשני-שלושה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טופס המשוב?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שאלת דירוג לשאלה פתוחה בטופס?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למשוב בונה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טופס משוב לסדנה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