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טופס משוב לסדנה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טופס המשוב ואת מטרת כל שאלה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סוגי שאלות משוב (דירוג, בחירה מרובה, פתוחות)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משוב בונה ומועיל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הטופס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במכשיר של המשתתף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גלריית המשימות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✔ סיכום המשוב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תעודת השתתפות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הן נשמרות במכשיר בלבד עד שמעתיקים ושולחים ידנית.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מנוסחת השאלה בטופס.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כתוב במפורש שאפשר לסמן כמה אפשרויות.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בראש הדף.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הכפתור מאפס את הטופס, לא שולח אותו.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סדנה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שימושית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העתקה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מרכיבים להסברים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(עקרונות הבסיס לבניית יחידה)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(כלי לתכנון מבנה היחידה)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(כלי ליצירת הנחיות 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(אוסף דוגמאות של משימות)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(אפשרויות להתאמת הסדנה לקהלים שונים)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לדעת מה עבד טוב ומה כדאי לשפר בפעם הבאה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1 בודקת את שימושיות הסדנה ושאלה 2 בודקת תחושת מוכנות אישית ליישום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שהמידע יהיה שימושי וניתן יהיה לשפר בעזרתו בפועל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כוללת הערה ברורה ומכבדת, מתייחסת לתוכן הסדנה ומציעה כיוון לשיפור ולא רק ביקורת כללית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שיפור הסדנה הבאה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דירוג=מספר, פתוחה=טקסט חופשי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הערה המציעה כיוון לשיפור, לא רק שבח או ביקורת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למלא את הטופס בפועל בכיתה כתרגול לפני הדיון בשאלות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בהבדל בין משוב בונה למשוב שיפוטי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פריטי skip_n בכיתות המתקשות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טופס משוב לסדנה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דף עם טופס משוב לסדנה. בתרגול לומדים מה כתוב בטופס ולמה כל שאלה חשובה.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או הערכה שנותנים אחרי פעילות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סולם דירוג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מספרים מ-1 עד 5 שמראים כמה משהו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או אפשרות מותאמת לקהל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עיקרון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בסיסי שעליו בונים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פרומפט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הנחיה או הוראה לכלי 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הטמעה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הכנסה של פעילות לשימוש בפועל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 בונה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הערה שמסבירה מה לשפר, לא רק מה לא טוב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הטופס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לוקח למלא את הטופס?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רבע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חצי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נשמר המשוב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במכשיר של המשתתף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אצל המנחה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בדוא"ל אוטומטי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מספרים יש בסולם?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אחד הדברים שאפשר לסמן כמועיל?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תעודת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גלריית המשימות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טופס משוב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כפתור ניקוי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כפתור מסכם את המשוב?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✔ סיכום המשוב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↺ ניקוי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→ הקודם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הבא 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הדף הבא אחרי המשוב?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ערכת הסדנה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תעודת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מתכנן היחידה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גלריית המשימות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התשובות בטופס נשלחות אוטומטית למנחה 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2 בודקת את תחושת המוכנות לבנות יחידה לימודית 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לסמן רק אפשרות אחת בשאלה על מה היה הכי מועיל.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בטופס מוצעים שני מסלולים אפשריים: חט"ב ורגיל.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כפתור הניקוי משמש לשליחת המשוב למנחה.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הטופס, המשוב עוזר לשפר את ה__________ הבאה.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שאלה 1 בודקת עד כמה הסדנה הייתה __________ עבור המשתתף.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שאלה 4 מבקשת לציין __________ אחת שהמשתתף ייקח מחר לכיתה.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מילוי הטופס יש ללחוץ על הכפתור "__________" ואז לשלוח למנחה.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שאלה 6 שואלת על נושא לסדנת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מרכיבים להסברים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3 העקרונות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אפשרויות להתאמת הסדנה לקהלים שונים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מתכנן היחידה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עקרונות הבסיס לבניית יחידה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בונה הפרומפטים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אוסף דוגמאות של משימות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גלריית המשימות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כלי ליצירת הנחיות 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9 המסלולים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כלי לתכנון מבנה היחידה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חשוב לבקש משוב בתום סדנה?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ההבדל בין שאלה 1 לשאלה 2 בטופס?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חשוב לנסח משוב בצורה בונה ולא רק לשבח או לבקר?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שהשתתפתם בסדנה כזו. כתבו משוב בונה לשאלה 'מה היה חסר או מה כדאי לשפר?' בשני-שלושה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מטרת טופס המשוב?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שאלת דירוג לשאלה פתוחה בטופס?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למשוב בונה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טופס משוב לסדנה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