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טופס המשוב ואת מטרת כל שאלה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סוגי שאלות משוב (דירוג, בחירה מרובה, פתוחות)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בונה ומועיל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של המשתתף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נשמרות במכשיר בלבד עד שמעתיקים ושולחים ידנית.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בטופס.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מרכיבים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(עקרונות הבסיס לבניית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(כלי לתכנון מבנה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ליצירת הנחיות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(אוסף דוגמאות של משימות)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מה עבד טוב ומה כדאי לשפר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שהמידע יהיה שימושי וניתן יהיה לשפר בעזרתו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הערה ברורה ומכבדת, מתייחסת לתוכן הסדנה ומציעה כיוון לשיפור ולא רק ביקורת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שיפור הסדנה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דירוג=מספר, פתוחה=טקסט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הערה המציעה כיוון לשיפור, לא רק שבח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הטופס בפועל בכיתה כתרגול לפני הדיון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משוב בונה למשוב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פריטי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מוצג טופס משוב שממלאים בסיום סדנה על בניית יחידת לימוד דיגיטלית. התרגול עוסק במבנה הטופס ובמטרות השאלות השונות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שימושית  ·  סדנה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הטופס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אמור לקחת למלא את טופס המשוב, לפי הכתוב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נשמרות התשובות לפני השליחה למנחה?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במכשיר של המשתתף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אצל המנחה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התשובות בטופס נשלחות אוטומטית למנחה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2 בודקת את תחושת המוכנות לבנות יחידה לימודית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הטופס, המשוב עוזר לשפר את ה__________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שאלה 1 בודקת עד כמה הסדנה הייתה __________ עבור המשתתף.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מרכיבים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 העקרונות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ליצירת הנחיות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מתכנן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אוסף דוגמאות של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בונה הפרומפטים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עקרונות הבסיס לבניית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גלריית המשימות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כלי לתכנון מבנה היחידה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לבקש משוב בתום סדנה?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לנסח משוב בצורה בונה ולא רק לשבח או לבקר?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שהשתתפתם בסדנה כזו. כתבו משוב בונה לשאלה 'מה היה חסר או מה כדאי לשפר?' בשני-שלושה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טופס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שאלת דירוג לשאלה פתוחה בטופס?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טופס משוב לסדנה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